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FKTitle"/>
        <w:keepNext/>
        <w:spacing w:before="0" w:after="40" w:line="228" w:lineRule="auto"/>
      </w:pPr>
      <w:r>
        <w:rPr>
          <w:rFonts w:ascii="Times New Roman" w:hAnsi="Times New Roman" w:cs="Times New Roman"/>
          <w:b/>
          <w:sz w:val="42"/>
        </w:rPr>
        <w:t>Arbeitszeugnis anfordern oder berichtigen</w:t>
      </w:r>
    </w:p>
    <w:p>
      <w:pPr>
        <w:pStyle w:val="FKSubtitle"/>
        <w:keepNext/>
        <w:spacing w:before="0" w:after="20" w:line="240" w:lineRule="auto"/>
      </w:pPr>
      <w:r>
        <w:rPr>
          <w:rFonts w:ascii="Times New Roman" w:hAnsi="Times New Roman" w:cs="Times New Roman"/>
          <w:b/>
          <w:sz w:val="22"/>
        </w:rPr>
        <w:t>Musterbrief für Erteilung oder sachliche Korrektur</w:t>
      </w:r>
    </w:p>
    <w:p>
      <w:pPr>
        <w:pStyle w:val="FKDate"/>
        <w:keepNext/>
        <w:spacing w:before="0" w:after="160" w:line="240" w:lineRule="auto"/>
      </w:pPr>
      <w:r>
        <w:rPr>
          <w:rFonts w:ascii="Times New Roman" w:hAnsi="Times New Roman" w:cs="Times New Roman"/>
          <w:sz w:val="19"/>
        </w:rPr>
        <w:t>Stand: 28. August 2026</w:t>
      </w:r>
    </w:p>
    <w:p>
      <w:pPr>
        <w:pStyle w:val="FKAddress"/>
        <w:spacing w:before="0" w:after="100" w:line="240" w:lineRule="auto"/>
      </w:pPr>
      <w:r>
        <w:rPr>
          <w:rFonts w:ascii="Times New Roman" w:hAnsi="Times New Roman" w:cs="Times New Roman"/>
          <w:sz w:val="20"/>
        </w:rPr>
        <w:t>[Vorname Nachname]</w:t>
        <w:br/>
      </w:r>
      <w:r>
        <w:rPr>
          <w:rFonts w:ascii="Times New Roman" w:hAnsi="Times New Roman" w:cs="Times New Roman"/>
          <w:sz w:val="20"/>
        </w:rPr>
        <w:t>[Straße Hausnummer]</w:t>
        <w:br/>
      </w:r>
      <w:r>
        <w:rPr>
          <w:rFonts w:ascii="Times New Roman" w:hAnsi="Times New Roman" w:cs="Times New Roman"/>
          <w:sz w:val="20"/>
        </w:rPr>
        <w:t>[PLZ Ort]</w:t>
        <w:br/>
      </w:r>
      <w:r>
        <w:rPr>
          <w:rFonts w:ascii="Times New Roman" w:hAnsi="Times New Roman" w:cs="Times New Roman"/>
          <w:sz w:val="20"/>
        </w:rPr>
        <w:t>[Personalnummer, falls vorhanden]</w:t>
      </w:r>
    </w:p>
    <w:p>
      <w:pPr>
        <w:pStyle w:val="FKAddress"/>
        <w:spacing w:before="0" w:after="100" w:line="240" w:lineRule="auto"/>
      </w:pPr>
      <w:r>
        <w:rPr>
          <w:rFonts w:ascii="Times New Roman" w:hAnsi="Times New Roman" w:cs="Times New Roman"/>
          <w:sz w:val="20"/>
        </w:rPr>
        <w:t>[Arbeitgeber oder Personalabteilung]</w:t>
        <w:br/>
      </w:r>
      <w:r>
        <w:rPr>
          <w:rFonts w:ascii="Times New Roman" w:hAnsi="Times New Roman" w:cs="Times New Roman"/>
          <w:sz w:val="20"/>
        </w:rPr>
        <w:t>[Straße Hausnummer]</w:t>
        <w:br/>
      </w:r>
      <w:r>
        <w:rPr>
          <w:rFonts w:ascii="Times New Roman" w:hAnsi="Times New Roman" w:cs="Times New Roman"/>
          <w:sz w:val="20"/>
        </w:rPr>
        <w:t>[PLZ Ort]</w:t>
      </w:r>
    </w:p>
    <w:p>
      <w:pPr>
        <w:pStyle w:val="FKAddress"/>
        <w:spacing w:before="0" w:after="120" w:line="240" w:lineRule="auto"/>
      </w:pPr>
      <w:r>
        <w:rPr>
          <w:rFonts w:ascii="Times New Roman" w:hAnsi="Times New Roman" w:cs="Times New Roman"/>
          <w:sz w:val="20"/>
        </w:rPr>
        <w:t>[Ort], [Datum]</w:t>
      </w:r>
    </w:p>
    <w:p>
      <w:pPr>
        <w:pStyle w:val="FKSubject"/>
        <w:keepNext/>
        <w:spacing w:before="0" w:after="120" w:line="240" w:lineRule="auto"/>
      </w:pPr>
      <w:r>
        <w:rPr>
          <w:rFonts w:ascii="Times New Roman" w:hAnsi="Times New Roman" w:cs="Times New Roman"/>
          <w:color w:val="0F4761"/>
          <w:sz w:val="26"/>
        </w:rPr>
        <w:t>Anforderung oder Berichtigung meines Arbeitszeugnisses</w:t>
      </w:r>
    </w:p>
    <w:p>
      <w:pPr>
        <w:pStyle w:val="FKBody"/>
        <w:spacing w:before="0" w:after="80" w:line="240" w:lineRule="auto"/>
      </w:pPr>
      <w:r>
        <w:rPr>
          <w:rFonts w:ascii="Times New Roman" w:hAnsi="Times New Roman" w:cs="Times New Roman"/>
          <w:sz w:val="20"/>
        </w:rPr>
        <w:t>Sehr geehrte Damen und Herren,</w:t>
      </w:r>
    </w:p>
    <w:p>
      <w:pPr>
        <w:pStyle w:val="FKBody"/>
        <w:spacing w:before="0" w:after="80" w:line="240" w:lineRule="auto"/>
      </w:pPr>
      <w:r>
        <w:rPr>
          <w:rFonts w:ascii="Times New Roman" w:hAnsi="Times New Roman" w:cs="Times New Roman"/>
          <w:sz w:val="20"/>
        </w:rPr>
        <w:t>mein Arbeitsverhältnis bei Ihnen bestand im Zeitraum [Beschäftigungszeitraum] und endete am [Beendigungsdatum]. Ich bitte um ein [einfaches schriftliches Arbeitszeugnis / qualifiziertes schriftliches Arbeitszeugnis mit Angaben zu Leistung und Verhalten].</w:t>
      </w:r>
    </w:p>
    <w:p>
      <w:pPr>
        <w:pStyle w:val="FKBody"/>
        <w:spacing w:before="0" w:after="80" w:line="240" w:lineRule="auto"/>
      </w:pPr>
      <w:r>
        <w:rPr>
          <w:rFonts w:ascii="Times New Roman" w:hAnsi="Times New Roman" w:cs="Times New Roman"/>
          <w:sz w:val="20"/>
        </w:rPr>
        <w:t>Mein Anliegen: [Ich habe bisher kein Zeugnis erhalten und bitte um erstmalige Erteilung. / Ich bitte um Prüfung und Berichtigung der bereits erteilten Fassung.]</w:t>
      </w:r>
    </w:p>
    <w:p>
      <w:pPr>
        <w:pStyle w:val="FKBody"/>
        <w:spacing w:before="0" w:after="80" w:line="240" w:lineRule="auto"/>
      </w:pPr>
      <w:r>
        <w:rPr>
          <w:rFonts w:ascii="Times New Roman" w:hAnsi="Times New Roman" w:cs="Times New Roman"/>
          <w:sz w:val="20"/>
        </w:rPr>
        <w:t>Falls bereits ein Zeugnis erteilt wurde, bezieht sich mein konkreter Berichtigungswunsch auf folgende Stellen: [bisherige Passage, sachlich richtige Angabe und gegebenenfalls Nachweis]. Bitte prüfen Sie die genannten Tatsachen und senden Sie mir, soweit die Angaben zutreffen, eine berichtigte Fassung. Ich bitte nicht um eine bestimmte Schulnote und nicht um eine bestimmte Dankes-, Bedauerns- oder Wunschformel.</w:t>
      </w:r>
    </w:p>
    <w:p>
      <w:pPr>
        <w:pStyle w:val="FKBody"/>
        <w:spacing w:before="0" w:after="100" w:line="240" w:lineRule="auto"/>
      </w:pPr>
      <w:r>
        <w:rPr>
          <w:rFonts w:ascii="Times New Roman" w:hAnsi="Times New Roman" w:cs="Times New Roman"/>
          <w:sz w:val="20"/>
        </w:rPr>
        <w:t>Für die Antwort wünsche ich folgenden Ablauf oder Termin: [realistischer Wunschtermin oder "Bitte teilen Sie mir den voraussichtlichen Termin mit."]. Bitte senden Sie mir das Zeugnis oder Ihre Rückmeldung auf folgendem Weg: [Post / Abholung / sicherer interner Zugang]. Bestätigen Sie mir bitte den Eingang dieses Schreibens.</w:t>
      </w:r>
    </w:p>
    <w:p>
      <w:pPr>
        <w:pStyle w:val="FKBody"/>
        <w:spacing w:before="0" w:after="60" w:line="240" w:lineRule="auto"/>
      </w:pPr>
      <w:r>
        <w:rPr>
          <w:rFonts w:ascii="Times New Roman" w:hAnsi="Times New Roman" w:cs="Times New Roman"/>
          <w:sz w:val="20"/>
        </w:rPr>
        <w:t>Mit freundlichen Grüßen</w:t>
      </w:r>
    </w:p>
    <w:p>
      <w:pPr>
        <w:pStyle w:val="FKAddress"/>
        <w:spacing w:before="0" w:after="100" w:line="240" w:lineRule="auto"/>
      </w:pPr>
      <w:r>
        <w:rPr>
          <w:rFonts w:ascii="Times New Roman" w:hAnsi="Times New Roman" w:cs="Times New Roman"/>
          <w:sz w:val="20"/>
        </w:rPr>
        <w:t>[Unterschrift]</w:t>
        <w:br/>
      </w:r>
      <w:r>
        <w:rPr>
          <w:rFonts w:ascii="Times New Roman" w:hAnsi="Times New Roman" w:cs="Times New Roman"/>
          <w:sz w:val="20"/>
        </w:rPr>
        <w:t>[Vorname Nachname]</w:t>
      </w:r>
    </w:p>
    <w:p>
      <w:pPr>
        <w:pStyle w:val="FKNote"/>
        <w:spacing w:before="20" w:after="0" w:line="228" w:lineRule="auto"/>
      </w:pPr>
      <w:r>
        <w:rPr>
          <w:rFonts w:ascii="Times New Roman" w:hAnsi="Times New Roman" w:cs="Times New Roman"/>
          <w:i/>
          <w:sz w:val="16"/>
        </w:rPr>
        <w:t>Formulierungshilfe, keine Rechtsberatung. § 109 GewO regelt den Anspruch auf ein schriftliches Zeugnis. Die Vorlage verspricht keine bestimmte Bewertung oder Schlussformel und nennt keine pauschale gesetzliche Antwortfrist.</w:t>
      </w:r>
    </w:p>
    <w:sectPr w:rsidR="00FC693F" w:rsidRPr="0006063C" w:rsidSect="00034616">
      <w:pgSz w:w="11906" w:h="16838"/>
      <w:pgMar w:top="794" w:right="907" w:bottom="794" w:left="907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KTitle">
    <w:name w:val="FK Title"/>
    <w:pPr>
      <w:spacing w:line="240" w:lineRule="auto" w:before="0" w:after="0"/>
      <w:jc w:val="center"/>
    </w:pPr>
    <w:rPr>
      <w:rFonts w:ascii="Times New Roman" w:hAnsi="Times New Roman"/>
      <w:b/>
      <w:i w:val="0"/>
      <w:sz w:val="42"/>
    </w:rPr>
  </w:style>
  <w:style w:type="paragraph" w:customStyle="1" w:styleId="FKSubtitle">
    <w:name w:val="FK Subtitle"/>
    <w:pPr>
      <w:spacing w:line="240" w:lineRule="auto" w:before="0" w:after="0"/>
      <w:jc w:val="center"/>
    </w:pPr>
    <w:rPr>
      <w:rFonts w:ascii="Times New Roman" w:hAnsi="Times New Roman"/>
      <w:b w:val="0"/>
      <w:i w:val="0"/>
      <w:sz w:val="22"/>
    </w:rPr>
  </w:style>
  <w:style w:type="paragraph" w:customStyle="1" w:styleId="FKDate">
    <w:name w:val="FK Date"/>
    <w:pPr>
      <w:spacing w:line="240" w:lineRule="auto" w:before="0" w:after="0"/>
      <w:jc w:val="center"/>
    </w:pPr>
    <w:rPr>
      <w:rFonts w:ascii="Times New Roman" w:hAnsi="Times New Roman"/>
      <w:b w:val="0"/>
      <w:i w:val="0"/>
      <w:sz w:val="19"/>
    </w:rPr>
  </w:style>
  <w:style w:type="paragraph" w:customStyle="1" w:styleId="FKAddress">
    <w:name w:val="FK Address"/>
    <w:pPr>
      <w:spacing w:line="240" w:lineRule="auto" w:before="0" w:after="0"/>
      <w:jc w:val="left"/>
    </w:pPr>
    <w:rPr>
      <w:rFonts w:ascii="Times New Roman" w:hAnsi="Times New Roman"/>
      <w:b w:val="0"/>
      <w:i w:val="0"/>
      <w:sz w:val="20"/>
    </w:rPr>
  </w:style>
  <w:style w:type="paragraph" w:customStyle="1" w:styleId="FKSubject">
    <w:name w:val="FK Subject"/>
    <w:pPr>
      <w:spacing w:line="240" w:lineRule="auto" w:before="0" w:after="0"/>
      <w:jc w:val="left"/>
    </w:pPr>
    <w:rPr>
      <w:rFonts w:ascii="Times New Roman" w:hAnsi="Times New Roman"/>
      <w:b w:val="0"/>
      <w:i w:val="0"/>
      <w:color w:val="0F4761"/>
      <w:sz w:val="26"/>
    </w:rPr>
  </w:style>
  <w:style w:type="paragraph" w:customStyle="1" w:styleId="FKBody">
    <w:name w:val="FK Body"/>
    <w:pPr>
      <w:spacing w:line="240" w:lineRule="auto" w:before="0" w:after="0"/>
      <w:jc w:val="left"/>
    </w:pPr>
    <w:rPr>
      <w:rFonts w:ascii="Times New Roman" w:hAnsi="Times New Roman"/>
      <w:b w:val="0"/>
      <w:i w:val="0"/>
      <w:sz w:val="20"/>
    </w:rPr>
  </w:style>
  <w:style w:type="paragraph" w:customStyle="1" w:styleId="FKNote">
    <w:name w:val="FK Note"/>
    <w:pPr>
      <w:spacing w:line="240" w:lineRule="auto" w:before="0" w:after="0"/>
      <w:jc w:val="left"/>
    </w:pPr>
    <w:rPr>
      <w:rFonts w:ascii="Times New Roman" w:hAnsi="Times New Roman"/>
      <w:b w:val="0"/>
      <w:i/>
      <w:sz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Arbeitszeugnis anfordern oder berichtigen</dc:title>
  <dc:subject>Musterbrief nach § 109 GewO</dc:subject>
  <dc:creator>FrankKi</dc:creator>
  <cp:keywords/>
  <dc:description>Formulierungshilfe, keine Rechtsberatung.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